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טיפוס לפסגה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משחק טיפוס לפסגה ואת חוקיו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עולה של קושי ושל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שאלות למשחק לפי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חוקי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מהקלה לקשה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מורידה שתי תשובות שגויות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יש נקודות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תמיד 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המקסימום הוא 15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 המשחק כדי להעלות קושי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נקודות ביטחון קיימות בשלב 5 ובשלב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התשובה הנכונה לא תמיד במקום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כמה עזרות כמו חצי-חצי, שאלו את הכיתה והתייעצות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השלבים הראשונים שווים פחות מהשלבים האחרונים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חצי-חצי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שאלו את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(מורידה שתי תשובות שגויות)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(כל הכיתה מצביעה על 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(מתייעצים עם חברים לכיתה)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(שומרות נקודות גם אם טועים אחר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(סדר השאלות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300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500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1,000 נקודות (ביטחון)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4,000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32,000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שאלות הולכות מקל לקשה, כל אחת עם תשובה נכונה ושתי שגויות, מתאימות לנושא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לעודד את השחקנים להתחיל בביטחון ולהתקדם בהדרגה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15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שלב 5 ושלב 10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מורידה שתי תשובות שגויות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המשחק על המסך ולתרגל יחד שאלה לדוגמה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לתלמידים נושא קבוע כדי שיתרגלו לבנות שאלות לפי רמת קושי 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סבב קצר ולהשתמש בעזרות כדי להמחיש את תפקידן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טיפוס לפסגה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טיפוס לפסגה הוא משחק שאלות. השאלות הולכות מקל לקשה. כל שאלה שווה יותר נקודות. נלמד את החוקים של 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מדרגה אחת במשחק, מ-1 עד 10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נקודות ביטחון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נקודות ששומרים גם אם טועים אחר כך, בשלב 5 ובשלב 10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חצי-חצי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שמורידה שתי תשובות שגויות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התייעצות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שבה מתייעצים עם חברים לכיתה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שאלו את הכיתה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שבה כל הכיתה מצביעה על 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מהקל לקשה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השאלות במשחק, מהשאלה הפשוטה ביותר לקשה ביותר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תשובה נכונה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התשובה האמיתית, שתמיד נכתבת ראשונה לפני הערבוב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חוקי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שאלות יש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מסדרים את השאלות?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מהקלה לקשה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מהקשה לקלה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בסדר 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אורך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אפשרויות תשובה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חצי-חצי?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מורידה שתי תשובות שגויות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מוסיפה שאלה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מעלה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עוצרת את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מיוחד בשלב 5 ו-10?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נקודות 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השאלות קלות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תשובות שגויות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כותבים את התשובה הנכונה?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תמיד 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במקום 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אפשר להכניס עד 20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השאלות צריכות להיות מסודרות מהקלה לקשה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נקודות ביטחון קיימות רק בשלב האחרון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המערכת מערבבת את סדר התשובות לכל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עזרה אחת במשחק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הנקודות בכל שלב גדל ככל שמתקדמים במשחק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שלב במשחק יש שאלה אחת ו-__________ תשובות אפשריות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השאלה הראשונה במשחק היא תמיד ה__________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העזרה שמורידה שתי תשובות שגויות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נקודות ביטחון נמצאות בשלב 5 ובשלב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מספר השאלות המרבי במשחק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העזרה שבה כל הכיתה מצביעה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חצי-חצי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סדר השאלות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שאלו את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מורידה שתי תשובות שגויות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התייעצות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שומרות נקודות גם אם טועים אחר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נקודות 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מתייעצים עם חברים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מהקל לקשה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הכיתה מצביעה על 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4,000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32,000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500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300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1,000 נקודות (ביטחון)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לימודי וכתבו שלוש שאלות למשחק טיפוס לפסגה, מהקלה לקשה, עם תשובה נכונה ושתי תשובות שגויות לכל שאלה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חשוב שהשאלה הראשונה במשחק תהיה קלה ולא קשה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שאלות מקסימום יש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באילו שלבים יש נקודות ביטחון?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העזרה חצי-חצי?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 טיפוס לפסגה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