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טיפוס לפסגה ואת חוקיו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עולה של קושי ושל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למשחק לפי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מהקלה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המקסימום הוא 15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המשחק כדי להעלות קושי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נקודות ביטחון קיימות בשלב 5 ובשלב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חצי-חצי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(מורידה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הכיתה מצביעה על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(מתייעצים עם חברים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(שומרות נקודות גם אם טועים אחר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1,000 נקודות (ביטחון)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הולכות מקל לקשה, כל אחת עם תשובה נכונה ושתי שגויות, מתאימות לנושא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5 ושלב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מורידה שתי תשובות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 על המסך ולתרגל יחד שאלה לדוגמה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נושא קבוע כדי שיתרגלו לבנות שאלות לפי רמת קושי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סבב קצר ולהשתמש בעזרות כדי להמחיש את תפקידן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טיפוס לפסגה הוא משחק חידון שבו עונים על שאלות מהקלה לקשה, וכל שלב שווה יותר נקודות. בדף הזה נתרגל את חוקי המשחק ואת הדרך לבנות אותו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חצי-חצי  ·  ארבע  ·  קלה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שאלות אפשר להכניס לכל היותר במשחק 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סדר צריך לכתוב את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בסדר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תשובות אפשריות יש לכל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אפשר להכניס עד 20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השאלות צריכות להיות מסודרות מהקלה לקשה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נקודות ביטחון קיימות רק בשלב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שלב במשחק יש שאלה אחת ו-__________ תשובות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השאלה הראשונה במשחק היא תמיד ה__________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העזרה שמורידה שתי תשובות שגויות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הכיתה מצביעה על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שומרות נקודות גם אם טועים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מורידה שתי תשובות שגויות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מתייעצים עם חברים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1,000 נקודות (ביטחון)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500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לימודי וכתבו שלוש שאלות למשחק טיפוס לפסגה, מהקלה לקשה, עם תשובה נכונה ושתי תשובות שגויות לכל 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שאלות מקסימום יש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באילו שלבים יש נקודות ביטחון?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טיפוס לפסגה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